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9994" w14:textId="18CDF445" w:rsidR="004159E2" w:rsidRPr="0046215B" w:rsidRDefault="004159E2" w:rsidP="0046215B">
      <w:pPr>
        <w:rPr>
          <w:lang w:val="ro-RO"/>
        </w:rPr>
      </w:pPr>
      <w:r w:rsidRPr="004159E2">
        <w:rPr>
          <w:lang w:val="ro-RO"/>
        </w:rPr>
        <w:t>Nr.1860/1/ 15.09.2026</w:t>
      </w:r>
    </w:p>
    <w:p w14:paraId="747A879B" w14:textId="1FF5D7E8" w:rsidR="0071157A" w:rsidRPr="008D29BF" w:rsidRDefault="002C7A33" w:rsidP="00377821">
      <w:pPr>
        <w:pStyle w:val="Heading1"/>
        <w:jc w:val="center"/>
        <w:rPr>
          <w:rFonts w:ascii="Times New Roman" w:hAnsi="Times New Roman" w:cs="Times New Roman"/>
          <w:color w:val="auto"/>
          <w:sz w:val="40"/>
          <w:szCs w:val="40"/>
        </w:rPr>
      </w:pPr>
      <w:r w:rsidRPr="008D29BF">
        <w:rPr>
          <w:rFonts w:ascii="Times New Roman" w:hAnsi="Times New Roman" w:cs="Times New Roman"/>
          <w:color w:val="auto"/>
          <w:sz w:val="40"/>
          <w:szCs w:val="40"/>
        </w:rPr>
        <w:t>REGULAMENT INTERN AL ELEVILOR</w:t>
      </w:r>
      <w:r w:rsidR="00377821" w:rsidRPr="008D29BF">
        <w:rPr>
          <w:rFonts w:ascii="Times New Roman" w:hAnsi="Times New Roman" w:cs="Times New Roman"/>
          <w:color w:val="auto"/>
          <w:sz w:val="40"/>
          <w:szCs w:val="40"/>
        </w:rPr>
        <w:t xml:space="preserve"> (RIE)</w:t>
      </w:r>
    </w:p>
    <w:p w14:paraId="1BB13926" w14:textId="77777777" w:rsidR="0071157A" w:rsidRPr="008D29BF" w:rsidRDefault="002C7A33" w:rsidP="00377821">
      <w:pPr>
        <w:pStyle w:val="Subtitle"/>
        <w:jc w:val="center"/>
        <w:rPr>
          <w:rFonts w:ascii="Times New Roman" w:hAnsi="Times New Roman" w:cs="Times New Roman"/>
          <w:b/>
          <w:i w:val="0"/>
          <w:color w:val="auto"/>
          <w:sz w:val="32"/>
          <w:szCs w:val="32"/>
        </w:rPr>
      </w:pPr>
      <w:r w:rsidRPr="008D29BF">
        <w:rPr>
          <w:rFonts w:ascii="Times New Roman" w:hAnsi="Times New Roman" w:cs="Times New Roman"/>
          <w:b/>
          <w:i w:val="0"/>
          <w:color w:val="auto"/>
          <w:sz w:val="32"/>
          <w:szCs w:val="32"/>
        </w:rPr>
        <w:t>LICEUL TEHNOLOGIC „CONSTANTIN BURSAN” HUNEDOARA</w:t>
      </w:r>
    </w:p>
    <w:p w14:paraId="78EA39BF" w14:textId="5B1C80E9" w:rsidR="007A3248" w:rsidRPr="008D29BF" w:rsidRDefault="002C7A33" w:rsidP="0046215B">
      <w:pPr>
        <w:spacing w:after="0" w:line="360" w:lineRule="auto"/>
        <w:rPr>
          <w:rFonts w:ascii="Times New Roman" w:hAnsi="Times New Roman" w:cs="Times New Roman"/>
          <w:color w:val="4F81BD" w:themeColor="accent1"/>
          <w:sz w:val="28"/>
          <w:szCs w:val="28"/>
        </w:rPr>
      </w:pPr>
      <w:r w:rsidRPr="008D29BF">
        <w:rPr>
          <w:rFonts w:ascii="Times New Roman" w:hAnsi="Times New Roman" w:cs="Times New Roman"/>
          <w:b/>
          <w:sz w:val="28"/>
          <w:szCs w:val="28"/>
        </w:rPr>
        <w:br/>
      </w:r>
      <w:r w:rsidRPr="008D29BF">
        <w:rPr>
          <w:rFonts w:ascii="Times New Roman" w:hAnsi="Times New Roman" w:cs="Times New Roman"/>
          <w:b/>
          <w:color w:val="4F81BD" w:themeColor="accent1"/>
          <w:sz w:val="28"/>
          <w:szCs w:val="28"/>
        </w:rPr>
        <w:t>I. DISPOZIȚII GENERALE</w:t>
      </w:r>
      <w:r w:rsidRPr="008D29BF">
        <w:rPr>
          <w:rFonts w:ascii="Times New Roman" w:hAnsi="Times New Roman" w:cs="Times New Roman"/>
          <w:color w:val="4F81BD" w:themeColor="accent1"/>
          <w:sz w:val="28"/>
          <w:szCs w:val="28"/>
        </w:rPr>
        <w:br/>
      </w:r>
      <w:r w:rsidRPr="008D29BF">
        <w:rPr>
          <w:rFonts w:ascii="Times New Roman" w:hAnsi="Times New Roman" w:cs="Times New Roman"/>
          <w:sz w:val="28"/>
          <w:szCs w:val="28"/>
        </w:rPr>
        <w:t>1. Prezentul regulament stabilește drepturile, obligațiile și normele de conduită ale elevilor din cadrul Liceul Tehnologic „Constantin Bursan” Hunedoara.</w:t>
      </w:r>
      <w:r w:rsidRPr="008D29BF">
        <w:rPr>
          <w:rFonts w:ascii="Times New Roman" w:hAnsi="Times New Roman" w:cs="Times New Roman"/>
          <w:sz w:val="28"/>
          <w:szCs w:val="28"/>
        </w:rPr>
        <w:br/>
        <w:t>2. Regulamentul are la bază Regulamentul-cadru de organizare și funcționare a unităților de învățământ preuniversitar (ROFUIP 202</w:t>
      </w:r>
      <w:r w:rsidR="00EB1AC1" w:rsidRPr="008D29BF">
        <w:rPr>
          <w:rFonts w:ascii="Times New Roman" w:hAnsi="Times New Roman" w:cs="Times New Roman"/>
          <w:sz w:val="28"/>
          <w:szCs w:val="28"/>
        </w:rPr>
        <w:t>6</w:t>
      </w:r>
      <w:r w:rsidRPr="008D29BF">
        <w:rPr>
          <w:rFonts w:ascii="Times New Roman" w:hAnsi="Times New Roman" w:cs="Times New Roman"/>
          <w:sz w:val="28"/>
          <w:szCs w:val="28"/>
        </w:rPr>
        <w:t>-202</w:t>
      </w:r>
      <w:r w:rsidR="00EB1AC1" w:rsidRPr="008D29BF">
        <w:rPr>
          <w:rFonts w:ascii="Times New Roman" w:hAnsi="Times New Roman" w:cs="Times New Roman"/>
          <w:sz w:val="28"/>
          <w:szCs w:val="28"/>
        </w:rPr>
        <w:t>7</w:t>
      </w:r>
      <w:r w:rsidRPr="008D29BF">
        <w:rPr>
          <w:rFonts w:ascii="Times New Roman" w:hAnsi="Times New Roman" w:cs="Times New Roman"/>
          <w:sz w:val="28"/>
          <w:szCs w:val="28"/>
        </w:rPr>
        <w:t>-aprobat OM 5726/06.08.2024</w:t>
      </w:r>
      <w:r w:rsidR="00EB1AC1" w:rsidRPr="008D29BF">
        <w:rPr>
          <w:rFonts w:ascii="Times New Roman" w:hAnsi="Times New Roman" w:cs="Times New Roman"/>
          <w:sz w:val="28"/>
          <w:szCs w:val="28"/>
        </w:rPr>
        <w:t>, M.O. nr. 795 bis din 12.08.2024, actualizat august 2026</w:t>
      </w:r>
      <w:r w:rsidRPr="008D29BF">
        <w:rPr>
          <w:rFonts w:ascii="Times New Roman" w:hAnsi="Times New Roman" w:cs="Times New Roman"/>
          <w:sz w:val="28"/>
          <w:szCs w:val="28"/>
        </w:rPr>
        <w:t>), legislația educațională în vigoare și Statutul elevului(OM 5707/01.08.2024).</w:t>
      </w:r>
      <w:r w:rsidRPr="008D29BF">
        <w:rPr>
          <w:rFonts w:ascii="Times New Roman" w:hAnsi="Times New Roman" w:cs="Times New Roman"/>
          <w:sz w:val="28"/>
          <w:szCs w:val="28"/>
        </w:rPr>
        <w:br/>
        <w:t>3. Scopul acestuia este asigurarea unui climat educațional bazat pe respect reciproc, responsabilitate, siguranță și performanță, la activitățile teoretice</w:t>
      </w:r>
      <w:r w:rsidR="008D29BF">
        <w:rPr>
          <w:rFonts w:ascii="Times New Roman" w:hAnsi="Times New Roman" w:cs="Times New Roman"/>
          <w:sz w:val="28"/>
          <w:szCs w:val="28"/>
        </w:rPr>
        <w:t xml:space="preserve"> </w:t>
      </w:r>
      <w:r w:rsidRPr="008D29BF">
        <w:rPr>
          <w:rFonts w:ascii="Times New Roman" w:hAnsi="Times New Roman" w:cs="Times New Roman"/>
          <w:sz w:val="28"/>
          <w:szCs w:val="28"/>
        </w:rPr>
        <w:t>și la cele practice.</w:t>
      </w:r>
      <w:r w:rsidRPr="008D29BF">
        <w:rPr>
          <w:rFonts w:ascii="Times New Roman" w:hAnsi="Times New Roman" w:cs="Times New Roman"/>
          <w:sz w:val="28"/>
          <w:szCs w:val="28"/>
        </w:rPr>
        <w:br/>
        <w:t>4. Toți elevii</w:t>
      </w:r>
      <w:r w:rsidR="00377821" w:rsidRPr="008D29BF">
        <w:rPr>
          <w:rFonts w:ascii="Times New Roman" w:hAnsi="Times New Roman" w:cs="Times New Roman"/>
          <w:sz w:val="28"/>
          <w:szCs w:val="28"/>
        </w:rPr>
        <w:t xml:space="preserve"> </w:t>
      </w:r>
      <w:r w:rsidRPr="008D29BF">
        <w:rPr>
          <w:rFonts w:ascii="Times New Roman" w:hAnsi="Times New Roman" w:cs="Times New Roman"/>
          <w:sz w:val="28"/>
          <w:szCs w:val="28"/>
        </w:rPr>
        <w:t>și membrii comunității școlare au obligația de a respecta prevederile prezentului regulament.</w:t>
      </w:r>
      <w:r w:rsidRPr="008D29BF">
        <w:rPr>
          <w:rFonts w:ascii="Times New Roman" w:hAnsi="Times New Roman" w:cs="Times New Roman"/>
          <w:sz w:val="28"/>
          <w:szCs w:val="28"/>
        </w:rPr>
        <w:br/>
      </w:r>
      <w:r w:rsidRPr="008D29BF">
        <w:rPr>
          <w:rFonts w:ascii="Times New Roman" w:hAnsi="Times New Roman" w:cs="Times New Roman"/>
          <w:b/>
          <w:color w:val="1F497D" w:themeColor="text2"/>
          <w:sz w:val="28"/>
          <w:szCs w:val="28"/>
        </w:rPr>
        <w:t>II. DREPTURILE ELEVILOR</w:t>
      </w:r>
      <w:r w:rsidRPr="008D29BF">
        <w:rPr>
          <w:rFonts w:ascii="Times New Roman" w:hAnsi="Times New Roman" w:cs="Times New Roman"/>
          <w:color w:val="1F497D" w:themeColor="text2"/>
          <w:sz w:val="28"/>
          <w:szCs w:val="28"/>
        </w:rPr>
        <w:br/>
      </w:r>
      <w:r w:rsidRPr="008D29BF">
        <w:rPr>
          <w:rFonts w:ascii="Times New Roman" w:hAnsi="Times New Roman" w:cs="Times New Roman"/>
          <w:sz w:val="28"/>
          <w:szCs w:val="28"/>
        </w:rPr>
        <w:t>Elevii Liceului Tehnologic „Constantin Bursan” Hunedoara au dreptul:</w:t>
      </w:r>
      <w:r w:rsidRPr="008D29BF">
        <w:rPr>
          <w:rFonts w:ascii="Times New Roman" w:hAnsi="Times New Roman" w:cs="Times New Roman"/>
          <w:sz w:val="28"/>
          <w:szCs w:val="28"/>
        </w:rPr>
        <w:br/>
        <w:t>1. Să participe la cursuri, laboratoare, ateliere de practică și activități extracurriculare.</w:t>
      </w:r>
      <w:r w:rsidRPr="008D29BF">
        <w:rPr>
          <w:rFonts w:ascii="Times New Roman" w:hAnsi="Times New Roman" w:cs="Times New Roman"/>
          <w:sz w:val="28"/>
          <w:szCs w:val="28"/>
        </w:rPr>
        <w:br/>
        <w:t>2. Să beneficieze de un mediu educațional sigur, incluziv și nediscriminatoriu.</w:t>
      </w:r>
      <w:r w:rsidRPr="008D29BF">
        <w:rPr>
          <w:rFonts w:ascii="Times New Roman" w:hAnsi="Times New Roman" w:cs="Times New Roman"/>
          <w:sz w:val="28"/>
          <w:szCs w:val="28"/>
        </w:rPr>
        <w:br/>
        <w:t>3. Să fie respectați de către cadrele didactice și colegi, indiferent de rezultate, religie, sex, etnie sau orientare socială.</w:t>
      </w:r>
      <w:r w:rsidRPr="008D29BF">
        <w:rPr>
          <w:rFonts w:ascii="Times New Roman" w:hAnsi="Times New Roman" w:cs="Times New Roman"/>
          <w:sz w:val="28"/>
          <w:szCs w:val="28"/>
        </w:rPr>
        <w:br/>
        <w:t xml:space="preserve">4. Să-și exprime opiniile în mod liber și respectuos, inclusiv în cadrul Consiliului </w:t>
      </w:r>
      <w:r w:rsidR="008D29BF">
        <w:rPr>
          <w:rFonts w:ascii="Times New Roman" w:hAnsi="Times New Roman" w:cs="Times New Roman"/>
          <w:sz w:val="28"/>
          <w:szCs w:val="28"/>
        </w:rPr>
        <w:t xml:space="preserve">Școlar al </w:t>
      </w:r>
      <w:r w:rsidRPr="008D29BF">
        <w:rPr>
          <w:rFonts w:ascii="Times New Roman" w:hAnsi="Times New Roman" w:cs="Times New Roman"/>
          <w:sz w:val="28"/>
          <w:szCs w:val="28"/>
        </w:rPr>
        <w:t>Elevilor.</w:t>
      </w:r>
      <w:r w:rsidRPr="008D29BF">
        <w:rPr>
          <w:rFonts w:ascii="Times New Roman" w:hAnsi="Times New Roman" w:cs="Times New Roman"/>
          <w:sz w:val="28"/>
          <w:szCs w:val="28"/>
        </w:rPr>
        <w:br/>
        <w:t>5. Să primească sprijin educațional, consiliere școlară și profesională.</w:t>
      </w:r>
      <w:r w:rsidRPr="008D29BF">
        <w:rPr>
          <w:rFonts w:ascii="Times New Roman" w:hAnsi="Times New Roman" w:cs="Times New Roman"/>
          <w:sz w:val="28"/>
          <w:szCs w:val="28"/>
        </w:rPr>
        <w:br/>
      </w:r>
      <w:r w:rsidRPr="008D29BF">
        <w:rPr>
          <w:rFonts w:ascii="Times New Roman" w:hAnsi="Times New Roman" w:cs="Times New Roman"/>
          <w:sz w:val="28"/>
          <w:szCs w:val="28"/>
        </w:rPr>
        <w:lastRenderedPageBreak/>
        <w:t>6. Să fie informați periodic despre situația școlară și absențele înregistrate.</w:t>
      </w:r>
      <w:r w:rsidRPr="008D29BF">
        <w:rPr>
          <w:rFonts w:ascii="Times New Roman" w:hAnsi="Times New Roman" w:cs="Times New Roman"/>
          <w:sz w:val="28"/>
          <w:szCs w:val="28"/>
        </w:rPr>
        <w:br/>
        <w:t>7. Să participe la programe de formare profesională, vizite în unități economice partenere și stagii de practică.</w:t>
      </w:r>
      <w:r w:rsidRPr="008D29BF">
        <w:rPr>
          <w:rFonts w:ascii="Times New Roman" w:hAnsi="Times New Roman" w:cs="Times New Roman"/>
          <w:sz w:val="28"/>
          <w:szCs w:val="28"/>
        </w:rPr>
        <w:br/>
        <w:t>8. Să propună proiecte și activități care să contribuie la îmbunătățirea vieții școlare.</w:t>
      </w:r>
      <w:r w:rsidRPr="008D29BF">
        <w:rPr>
          <w:rFonts w:ascii="Times New Roman" w:hAnsi="Times New Roman" w:cs="Times New Roman"/>
          <w:b/>
          <w:sz w:val="28"/>
          <w:szCs w:val="28"/>
        </w:rPr>
        <w:br/>
      </w:r>
      <w:r w:rsidRPr="008D29BF">
        <w:rPr>
          <w:rFonts w:ascii="Times New Roman" w:hAnsi="Times New Roman" w:cs="Times New Roman"/>
          <w:b/>
          <w:color w:val="1F497D" w:themeColor="text2"/>
          <w:sz w:val="28"/>
          <w:szCs w:val="28"/>
        </w:rPr>
        <w:t>III. OBLIGAȚIILE ELEVILOR</w:t>
      </w:r>
      <w:r w:rsidRPr="008D29BF">
        <w:rPr>
          <w:rFonts w:ascii="Times New Roman" w:hAnsi="Times New Roman" w:cs="Times New Roman"/>
          <w:sz w:val="28"/>
          <w:szCs w:val="28"/>
        </w:rPr>
        <w:br/>
        <w:t>Elevii sunt obligați:</w:t>
      </w:r>
      <w:r w:rsidRPr="008D29BF">
        <w:rPr>
          <w:rFonts w:ascii="Times New Roman" w:hAnsi="Times New Roman" w:cs="Times New Roman"/>
          <w:sz w:val="28"/>
          <w:szCs w:val="28"/>
        </w:rPr>
        <w:br/>
        <w:t>1. Să frecventeze toate orele de curs, de laborator și de instruire practică, conform orarului.</w:t>
      </w:r>
      <w:r w:rsidRPr="008D29BF">
        <w:rPr>
          <w:rFonts w:ascii="Times New Roman" w:hAnsi="Times New Roman" w:cs="Times New Roman"/>
          <w:sz w:val="28"/>
          <w:szCs w:val="28"/>
        </w:rPr>
        <w:br/>
        <w:t xml:space="preserve">2. Să manifeste respect față de colegi, profesori, personalul școlii și bunurile </w:t>
      </w:r>
      <w:r w:rsidR="008D29BF">
        <w:rPr>
          <w:rFonts w:ascii="Times New Roman" w:hAnsi="Times New Roman" w:cs="Times New Roman"/>
          <w:sz w:val="28"/>
          <w:szCs w:val="28"/>
        </w:rPr>
        <w:t>liceului</w:t>
      </w:r>
      <w:r w:rsidRPr="008D29BF">
        <w:rPr>
          <w:rFonts w:ascii="Times New Roman" w:hAnsi="Times New Roman" w:cs="Times New Roman"/>
          <w:sz w:val="28"/>
          <w:szCs w:val="28"/>
        </w:rPr>
        <w:t>.</w:t>
      </w:r>
      <w:r w:rsidRPr="008D29BF">
        <w:rPr>
          <w:rFonts w:ascii="Times New Roman" w:hAnsi="Times New Roman" w:cs="Times New Roman"/>
          <w:sz w:val="28"/>
          <w:szCs w:val="28"/>
        </w:rPr>
        <w:br/>
        <w:t xml:space="preserve">3. Să poarte ținută </w:t>
      </w:r>
      <w:r w:rsidR="00D0168C" w:rsidRPr="008D29BF">
        <w:rPr>
          <w:rFonts w:ascii="Times New Roman" w:hAnsi="Times New Roman" w:cs="Times New Roman"/>
          <w:sz w:val="28"/>
          <w:szCs w:val="28"/>
        </w:rPr>
        <w:t xml:space="preserve"> curată, </w:t>
      </w:r>
      <w:r w:rsidRPr="008D29BF">
        <w:rPr>
          <w:rFonts w:ascii="Times New Roman" w:hAnsi="Times New Roman" w:cs="Times New Roman"/>
          <w:sz w:val="28"/>
          <w:szCs w:val="28"/>
        </w:rPr>
        <w:t>decentă</w:t>
      </w:r>
      <w:r w:rsidR="00CB67F7" w:rsidRPr="008D29BF">
        <w:rPr>
          <w:rFonts w:ascii="Times New Roman" w:hAnsi="Times New Roman" w:cs="Times New Roman"/>
          <w:sz w:val="28"/>
          <w:szCs w:val="28"/>
        </w:rPr>
        <w:t xml:space="preserve">, adecvată activităților </w:t>
      </w:r>
      <w:r w:rsidR="00D0168C" w:rsidRPr="008D29BF">
        <w:rPr>
          <w:rFonts w:ascii="Times New Roman" w:hAnsi="Times New Roman" w:cs="Times New Roman"/>
          <w:sz w:val="28"/>
          <w:szCs w:val="28"/>
        </w:rPr>
        <w:t>școlare</w:t>
      </w:r>
      <w:r w:rsidRPr="008D29BF">
        <w:rPr>
          <w:rFonts w:ascii="Times New Roman" w:hAnsi="Times New Roman" w:cs="Times New Roman"/>
          <w:sz w:val="28"/>
          <w:szCs w:val="28"/>
        </w:rPr>
        <w:t xml:space="preserve">, </w:t>
      </w:r>
      <w:r w:rsidR="00D0168C" w:rsidRPr="008D29BF">
        <w:rPr>
          <w:rFonts w:ascii="Times New Roman" w:hAnsi="Times New Roman" w:cs="Times New Roman"/>
          <w:sz w:val="28"/>
          <w:szCs w:val="28"/>
        </w:rPr>
        <w:t>respectând un cod vestimentar care să nu fie provocator sau ofensator (se evită haine cu mesaje sau imagini nepotrivite, haine foarte scurte, topuri transparente sau articole vestimentare care distrag atenția),</w:t>
      </w:r>
      <w:r w:rsidRPr="008D29BF">
        <w:rPr>
          <w:rFonts w:ascii="Times New Roman" w:hAnsi="Times New Roman" w:cs="Times New Roman"/>
          <w:sz w:val="28"/>
          <w:szCs w:val="28"/>
        </w:rPr>
        <w:t xml:space="preserve"> acolo unde se impune, echipament de protecție specific practicii.</w:t>
      </w:r>
      <w:r w:rsidRPr="008D29BF">
        <w:rPr>
          <w:rFonts w:ascii="Times New Roman" w:hAnsi="Times New Roman" w:cs="Times New Roman"/>
          <w:sz w:val="28"/>
          <w:szCs w:val="28"/>
        </w:rPr>
        <w:br/>
        <w:t>4. Să nu folosească telefoanele mobile sau alte dispozitive electronice în timpul orelor fără acordul profesorului.</w:t>
      </w:r>
      <w:r w:rsidRPr="008D29BF">
        <w:rPr>
          <w:rFonts w:ascii="Times New Roman" w:hAnsi="Times New Roman" w:cs="Times New Roman"/>
          <w:sz w:val="28"/>
          <w:szCs w:val="28"/>
        </w:rPr>
        <w:br/>
        <w:t>5. Să păstreze curățenia și ordinea în sălile de clasă, laboratoare și ateliere.</w:t>
      </w:r>
      <w:r w:rsidRPr="008D29BF">
        <w:rPr>
          <w:rFonts w:ascii="Times New Roman" w:hAnsi="Times New Roman" w:cs="Times New Roman"/>
          <w:sz w:val="28"/>
          <w:szCs w:val="28"/>
        </w:rPr>
        <w:br/>
        <w:t>6. Să nu părăsească incinta liceului în timpul orelor fără acordul dirigintelui, profesorului sau maistrului instructor.</w:t>
      </w:r>
      <w:r w:rsidRPr="008D29BF">
        <w:rPr>
          <w:rFonts w:ascii="Times New Roman" w:hAnsi="Times New Roman" w:cs="Times New Roman"/>
          <w:sz w:val="28"/>
          <w:szCs w:val="28"/>
        </w:rPr>
        <w:br/>
        <w:t>7. Să respecte normele de securitate și sănătate în muncă în timpul orelor de practică.</w:t>
      </w:r>
      <w:r w:rsidRPr="008D29BF">
        <w:rPr>
          <w:rFonts w:ascii="Times New Roman" w:hAnsi="Times New Roman" w:cs="Times New Roman"/>
          <w:sz w:val="28"/>
          <w:szCs w:val="28"/>
        </w:rPr>
        <w:br/>
        <w:t>8. Să nu aducă, consume sau distribuie băuturi alcoolice, tutun, droguri sau alte substanțe interzise.</w:t>
      </w:r>
    </w:p>
    <w:p w14:paraId="4CB65783" w14:textId="6F8A63BA" w:rsidR="00700444" w:rsidRPr="008D29BF" w:rsidRDefault="00D0168C" w:rsidP="008D29BF">
      <w:pPr>
        <w:spacing w:after="0" w:line="360" w:lineRule="auto"/>
        <w:rPr>
          <w:rFonts w:ascii="Times New Roman" w:hAnsi="Times New Roman" w:cs="Times New Roman"/>
          <w:sz w:val="28"/>
          <w:szCs w:val="28"/>
        </w:rPr>
      </w:pPr>
      <w:r w:rsidRPr="008D29BF">
        <w:rPr>
          <w:rFonts w:ascii="Times New Roman" w:hAnsi="Times New Roman" w:cs="Times New Roman"/>
          <w:sz w:val="28"/>
          <w:szCs w:val="28"/>
        </w:rPr>
        <w:t>9</w:t>
      </w:r>
      <w:r w:rsidR="002C7A33" w:rsidRPr="008D29BF">
        <w:rPr>
          <w:rFonts w:ascii="Times New Roman" w:hAnsi="Times New Roman" w:cs="Times New Roman"/>
          <w:sz w:val="28"/>
          <w:szCs w:val="28"/>
        </w:rPr>
        <w:t>. Să nu folosească limbaj vulgar sau jignitor.</w:t>
      </w:r>
      <w:r w:rsidR="002C7A33" w:rsidRPr="008D29BF">
        <w:rPr>
          <w:rFonts w:ascii="Times New Roman" w:hAnsi="Times New Roman" w:cs="Times New Roman"/>
          <w:b/>
          <w:sz w:val="28"/>
          <w:szCs w:val="28"/>
        </w:rPr>
        <w:br/>
      </w:r>
      <w:r w:rsidR="002C7A33" w:rsidRPr="008D29BF">
        <w:rPr>
          <w:rFonts w:ascii="Times New Roman" w:hAnsi="Times New Roman" w:cs="Times New Roman"/>
          <w:b/>
          <w:color w:val="1F497D" w:themeColor="text2"/>
          <w:sz w:val="28"/>
          <w:szCs w:val="28"/>
        </w:rPr>
        <w:t>IV. NORME DE COMPORTAMENT</w:t>
      </w:r>
      <w:r w:rsidR="002C7A33" w:rsidRPr="008D29BF">
        <w:rPr>
          <w:rFonts w:ascii="Times New Roman" w:hAnsi="Times New Roman" w:cs="Times New Roman"/>
          <w:color w:val="1F497D" w:themeColor="text2"/>
          <w:sz w:val="28"/>
          <w:szCs w:val="28"/>
        </w:rPr>
        <w:br/>
      </w:r>
      <w:r w:rsidR="002C7A33" w:rsidRPr="008D29BF">
        <w:rPr>
          <w:rFonts w:ascii="Times New Roman" w:hAnsi="Times New Roman" w:cs="Times New Roman"/>
          <w:sz w:val="28"/>
          <w:szCs w:val="28"/>
        </w:rPr>
        <w:t>1. Este interzisă orice formă de violență fizică, verbală, psihologică sau online (cyberbullying).</w:t>
      </w:r>
      <w:r w:rsidR="002C7A33" w:rsidRPr="008D29BF">
        <w:rPr>
          <w:rFonts w:ascii="Times New Roman" w:hAnsi="Times New Roman" w:cs="Times New Roman"/>
          <w:sz w:val="28"/>
          <w:szCs w:val="28"/>
        </w:rPr>
        <w:br/>
      </w:r>
      <w:r w:rsidR="002C7A33" w:rsidRPr="008D29BF">
        <w:rPr>
          <w:rFonts w:ascii="Times New Roman" w:hAnsi="Times New Roman" w:cs="Times New Roman"/>
          <w:sz w:val="28"/>
          <w:szCs w:val="28"/>
        </w:rPr>
        <w:lastRenderedPageBreak/>
        <w:t>2. Se interzice deteriorarea mobilierului, a echipamentelor din laboratoare, a aparatelor sau a materialelor școlare.</w:t>
      </w:r>
    </w:p>
    <w:p w14:paraId="0A4811A3" w14:textId="77777777" w:rsidR="00911C98" w:rsidRPr="008D29BF" w:rsidRDefault="00700444"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t>3. Este interzisă ultilizarea telefoanlor mobile sau a oricăror mijloace de comunicare/înregistrare  în timpul orelor de curs, fără acordul profesorului.</w:t>
      </w:r>
      <w:r w:rsidR="002C7A33" w:rsidRPr="008D29BF">
        <w:rPr>
          <w:rFonts w:ascii="Times New Roman" w:hAnsi="Times New Roman" w:cs="Times New Roman"/>
          <w:sz w:val="28"/>
          <w:szCs w:val="28"/>
        </w:rPr>
        <w:br/>
      </w:r>
      <w:r w:rsidRPr="008D29BF">
        <w:rPr>
          <w:rFonts w:ascii="Times New Roman" w:hAnsi="Times New Roman" w:cs="Times New Roman"/>
          <w:sz w:val="28"/>
          <w:szCs w:val="28"/>
        </w:rPr>
        <w:t>4</w:t>
      </w:r>
      <w:r w:rsidR="002C7A33" w:rsidRPr="008D29BF">
        <w:rPr>
          <w:rFonts w:ascii="Times New Roman" w:hAnsi="Times New Roman" w:cs="Times New Roman"/>
          <w:sz w:val="28"/>
          <w:szCs w:val="28"/>
        </w:rPr>
        <w:t>. Este interzisă postarea pe rețelele sociale a imaginilor sau informațiilor care aduc atingere reputației școlii sau a membrilor acesteia.</w:t>
      </w:r>
    </w:p>
    <w:p w14:paraId="09D953EA" w14:textId="77777777" w:rsidR="00700444" w:rsidRPr="008D29BF" w:rsidRDefault="00700444"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t>5.Este interzisă pătrunderea în spațiile destinate sexului opus</w:t>
      </w:r>
      <w:r w:rsidR="007A3248" w:rsidRPr="008D29BF">
        <w:rPr>
          <w:rFonts w:ascii="Times New Roman" w:hAnsi="Times New Roman" w:cs="Times New Roman"/>
          <w:sz w:val="28"/>
          <w:szCs w:val="28"/>
        </w:rPr>
        <w:t xml:space="preserve"> (toalete, vestiare)</w:t>
      </w:r>
      <w:r w:rsidRPr="008D29BF">
        <w:rPr>
          <w:rFonts w:ascii="Times New Roman" w:hAnsi="Times New Roman" w:cs="Times New Roman"/>
          <w:sz w:val="28"/>
          <w:szCs w:val="28"/>
        </w:rPr>
        <w:t>.</w:t>
      </w:r>
    </w:p>
    <w:p w14:paraId="7174E63C" w14:textId="77777777" w:rsidR="00CB67F7" w:rsidRPr="008D29BF" w:rsidRDefault="00700444"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t>6.</w:t>
      </w:r>
      <w:r w:rsidR="00AB5932" w:rsidRPr="008D29BF">
        <w:rPr>
          <w:rFonts w:ascii="Times New Roman" w:hAnsi="Times New Roman" w:cs="Times New Roman"/>
          <w:sz w:val="28"/>
          <w:szCs w:val="28"/>
        </w:rPr>
        <w:t>Este interzis să  introducă sau să facă uz în perimetrul unității de învățământ a oricăror tip de arme sau produse pirotehnice.</w:t>
      </w:r>
      <w:r w:rsidR="002C7A33" w:rsidRPr="008D29BF">
        <w:rPr>
          <w:rFonts w:ascii="Times New Roman" w:hAnsi="Times New Roman" w:cs="Times New Roman"/>
          <w:sz w:val="28"/>
          <w:szCs w:val="28"/>
        </w:rPr>
        <w:br/>
      </w:r>
      <w:r w:rsidR="00CB67F7" w:rsidRPr="008D29BF">
        <w:rPr>
          <w:rFonts w:ascii="Times New Roman" w:hAnsi="Times New Roman" w:cs="Times New Roman"/>
          <w:sz w:val="28"/>
          <w:szCs w:val="28"/>
        </w:rPr>
        <w:t>7</w:t>
      </w:r>
      <w:r w:rsidR="002C7A33" w:rsidRPr="008D29BF">
        <w:rPr>
          <w:rFonts w:ascii="Times New Roman" w:hAnsi="Times New Roman" w:cs="Times New Roman"/>
          <w:sz w:val="28"/>
          <w:szCs w:val="28"/>
        </w:rPr>
        <w:t>. Elevii trebuie să salute profesorii și personalul școlii și să adopte un comportament respectuos</w:t>
      </w:r>
      <w:r w:rsidR="00CB67F7" w:rsidRPr="008D29BF">
        <w:rPr>
          <w:rFonts w:ascii="Times New Roman" w:hAnsi="Times New Roman" w:cs="Times New Roman"/>
          <w:sz w:val="28"/>
          <w:szCs w:val="28"/>
        </w:rPr>
        <w:t>, respectând regulile de politețe.</w:t>
      </w:r>
    </w:p>
    <w:p w14:paraId="2CB18EC6" w14:textId="77777777" w:rsidR="007A3248" w:rsidRPr="008D29BF" w:rsidRDefault="00CB67F7"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t>8. Elevii trebuie să prezinte legitimația de elev și să o poarte asupra lor pe tot parcursul șederii în școală.</w:t>
      </w:r>
      <w:r w:rsidR="002C7A33" w:rsidRPr="008D29BF">
        <w:rPr>
          <w:rFonts w:ascii="Times New Roman" w:hAnsi="Times New Roman" w:cs="Times New Roman"/>
          <w:sz w:val="28"/>
          <w:szCs w:val="28"/>
        </w:rPr>
        <w:br/>
      </w:r>
      <w:r w:rsidRPr="008D29BF">
        <w:rPr>
          <w:rFonts w:ascii="Times New Roman" w:hAnsi="Times New Roman" w:cs="Times New Roman"/>
          <w:sz w:val="28"/>
          <w:szCs w:val="28"/>
        </w:rPr>
        <w:t>9</w:t>
      </w:r>
      <w:r w:rsidR="002C7A33" w:rsidRPr="008D29BF">
        <w:rPr>
          <w:rFonts w:ascii="Times New Roman" w:hAnsi="Times New Roman" w:cs="Times New Roman"/>
          <w:sz w:val="28"/>
          <w:szCs w:val="28"/>
        </w:rPr>
        <w:t>. În timpul orelor</w:t>
      </w:r>
      <w:r w:rsidR="00D0168C" w:rsidRPr="008D29BF">
        <w:rPr>
          <w:rFonts w:ascii="Times New Roman" w:hAnsi="Times New Roman" w:cs="Times New Roman"/>
          <w:sz w:val="28"/>
          <w:szCs w:val="28"/>
        </w:rPr>
        <w:t xml:space="preserve"> de curs</w:t>
      </w:r>
      <w:r w:rsidR="002C7A33" w:rsidRPr="008D29BF">
        <w:rPr>
          <w:rFonts w:ascii="Times New Roman" w:hAnsi="Times New Roman" w:cs="Times New Roman"/>
          <w:sz w:val="28"/>
          <w:szCs w:val="28"/>
        </w:rPr>
        <w:t>, elevii trebuie să manifeste atenție, seriozitate și implicare.</w:t>
      </w:r>
    </w:p>
    <w:p w14:paraId="32BF08E3" w14:textId="77777777" w:rsidR="000C3264" w:rsidRPr="008D29BF" w:rsidRDefault="007A3248"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t xml:space="preserve">10. </w:t>
      </w:r>
      <w:r w:rsidR="004972A7" w:rsidRPr="008D29BF">
        <w:rPr>
          <w:rFonts w:ascii="Times New Roman" w:hAnsi="Times New Roman" w:cs="Times New Roman"/>
          <w:sz w:val="28"/>
          <w:szCs w:val="28"/>
        </w:rPr>
        <w:t>Î</w:t>
      </w:r>
      <w:r w:rsidRPr="008D29BF">
        <w:rPr>
          <w:rFonts w:ascii="Times New Roman" w:hAnsi="Times New Roman" w:cs="Times New Roman"/>
          <w:sz w:val="28"/>
          <w:szCs w:val="28"/>
        </w:rPr>
        <w:t>n timpul orelor</w:t>
      </w:r>
      <w:r w:rsidR="00D0168C" w:rsidRPr="008D29BF">
        <w:rPr>
          <w:rFonts w:ascii="Times New Roman" w:hAnsi="Times New Roman" w:cs="Times New Roman"/>
          <w:sz w:val="28"/>
          <w:szCs w:val="28"/>
        </w:rPr>
        <w:t xml:space="preserve"> de curs</w:t>
      </w:r>
      <w:r w:rsidRPr="008D29BF">
        <w:rPr>
          <w:rFonts w:ascii="Times New Roman" w:hAnsi="Times New Roman" w:cs="Times New Roman"/>
          <w:sz w:val="28"/>
          <w:szCs w:val="28"/>
        </w:rPr>
        <w:t>, elevii nu au voie să se plimbe pe holurile școlii ori să deranjeze restul orelor de curs.</w:t>
      </w:r>
    </w:p>
    <w:p w14:paraId="65C4C6D4" w14:textId="77777777" w:rsidR="000C3264" w:rsidRPr="008D29BF" w:rsidRDefault="000C3264" w:rsidP="000C3264">
      <w:pPr>
        <w:spacing w:after="0" w:line="360" w:lineRule="auto"/>
        <w:jc w:val="both"/>
        <w:rPr>
          <w:rFonts w:ascii="Times New Roman" w:hAnsi="Times New Roman" w:cs="Times New Roman"/>
          <w:sz w:val="28"/>
          <w:szCs w:val="28"/>
        </w:rPr>
      </w:pPr>
      <w:r w:rsidRPr="008D29BF">
        <w:rPr>
          <w:rFonts w:ascii="Times New Roman" w:hAnsi="Times New Roman" w:cs="Times New Roman"/>
          <w:sz w:val="28"/>
          <w:szCs w:val="28"/>
        </w:rPr>
        <w:t xml:space="preserve">11. </w:t>
      </w:r>
      <w:r w:rsidR="004972A7" w:rsidRPr="008D29BF">
        <w:rPr>
          <w:rFonts w:ascii="Times New Roman" w:eastAsia="Times New Roman" w:hAnsi="Times New Roman" w:cs="Times New Roman"/>
          <w:color w:val="000000"/>
          <w:sz w:val="28"/>
          <w:szCs w:val="28"/>
        </w:rPr>
        <w:t>S</w:t>
      </w:r>
      <w:r w:rsidRPr="008D29BF">
        <w:rPr>
          <w:rFonts w:ascii="Times New Roman" w:eastAsia="Times New Roman" w:hAnsi="Times New Roman" w:cs="Times New Roman"/>
          <w:color w:val="000000"/>
          <w:sz w:val="28"/>
          <w:szCs w:val="28"/>
        </w:rPr>
        <w:t xml:space="preserve">ă dețină, să consume sau să comercializeze, în unitatea de învățământ, droguri, băuturi alcoolice, băuturi energizante, substanțe etnobotanice sau alte substanțe interzise, toate categoriile de produse care conțin tutun sau țigaretele electronice și să organizeze sau să participe/promoveze participarea la jocuri de noroc; </w:t>
      </w:r>
      <w:r w:rsidRPr="008D29BF">
        <w:rPr>
          <w:rFonts w:ascii="Times New Roman" w:hAnsi="Times New Roman" w:cs="Times New Roman"/>
          <w:sz w:val="28"/>
          <w:szCs w:val="28"/>
        </w:rPr>
        <w:t xml:space="preserve">Se interzic pentru elevii din toate unitățile de învățământ fumatul, precum și utilizarea tuturor categoriilor de produse care conțin tutun, a țigaretelor electronice, a flacoanelor de reumplere pentru țigaretele electronice, a dispozitivelor electronice pentru încălzirea tutunului și a produselor destinate inhalării fără ardere din înlocuitori de tutun, a </w:t>
      </w:r>
      <w:r w:rsidRPr="008D29BF">
        <w:rPr>
          <w:rFonts w:ascii="Times New Roman" w:hAnsi="Times New Roman" w:cs="Times New Roman"/>
          <w:sz w:val="28"/>
          <w:szCs w:val="28"/>
        </w:rPr>
        <w:lastRenderedPageBreak/>
        <w:t>(pouch-urilor) pliculețelor cu nicotină pentru uz oral și a produselor destinate inhalării fără ardere din înlocuitori de tutun.(Legea nr. 64/27 martie 2024;</w:t>
      </w:r>
    </w:p>
    <w:p w14:paraId="490C8F1A" w14:textId="77777777" w:rsidR="00377821" w:rsidRPr="008D29BF" w:rsidRDefault="002C7A33" w:rsidP="00911C98">
      <w:pPr>
        <w:spacing w:line="360" w:lineRule="auto"/>
        <w:rPr>
          <w:rFonts w:ascii="Times New Roman" w:hAnsi="Times New Roman" w:cs="Times New Roman"/>
          <w:sz w:val="28"/>
          <w:szCs w:val="28"/>
        </w:rPr>
      </w:pPr>
      <w:r w:rsidRPr="008D29BF">
        <w:rPr>
          <w:rFonts w:ascii="Times New Roman" w:hAnsi="Times New Roman" w:cs="Times New Roman"/>
          <w:b/>
          <w:sz w:val="28"/>
          <w:szCs w:val="28"/>
        </w:rPr>
        <w:br/>
      </w:r>
      <w:r w:rsidRPr="008D29BF">
        <w:rPr>
          <w:rFonts w:ascii="Times New Roman" w:hAnsi="Times New Roman" w:cs="Times New Roman"/>
          <w:b/>
          <w:color w:val="1F497D" w:themeColor="text2"/>
          <w:sz w:val="28"/>
          <w:szCs w:val="28"/>
        </w:rPr>
        <w:t>V. SIGURANȚĂ ȘI PROTECȚIE</w:t>
      </w:r>
      <w:r w:rsidRPr="008D29BF">
        <w:rPr>
          <w:rFonts w:ascii="Times New Roman" w:hAnsi="Times New Roman" w:cs="Times New Roman"/>
          <w:color w:val="1F497D" w:themeColor="text2"/>
          <w:sz w:val="28"/>
          <w:szCs w:val="28"/>
        </w:rPr>
        <w:br/>
      </w:r>
      <w:r w:rsidRPr="008D29BF">
        <w:rPr>
          <w:rFonts w:ascii="Times New Roman" w:hAnsi="Times New Roman" w:cs="Times New Roman"/>
          <w:sz w:val="28"/>
          <w:szCs w:val="28"/>
        </w:rPr>
        <w:t>1. Este interzis accesul în școală al persoanelor străine fără acordul conducerii.</w:t>
      </w:r>
      <w:r w:rsidRPr="008D29BF">
        <w:rPr>
          <w:rFonts w:ascii="Times New Roman" w:hAnsi="Times New Roman" w:cs="Times New Roman"/>
          <w:sz w:val="28"/>
          <w:szCs w:val="28"/>
        </w:rPr>
        <w:br/>
        <w:t>2. Este interzisă filmarea sau fotografierea în timpul orelor fără consimțământul profesorului și al persoanelor implicate.</w:t>
      </w:r>
      <w:r w:rsidRPr="008D29BF">
        <w:rPr>
          <w:rFonts w:ascii="Times New Roman" w:hAnsi="Times New Roman" w:cs="Times New Roman"/>
          <w:sz w:val="28"/>
          <w:szCs w:val="28"/>
        </w:rPr>
        <w:br/>
        <w:t>3. Elevii trebuie să respecte instrucțiunile de protecție în laboratoare și ateliere.</w:t>
      </w:r>
      <w:r w:rsidRPr="008D29BF">
        <w:rPr>
          <w:rFonts w:ascii="Times New Roman" w:hAnsi="Times New Roman" w:cs="Times New Roman"/>
          <w:sz w:val="28"/>
          <w:szCs w:val="28"/>
        </w:rPr>
        <w:br/>
        <w:t>4. În caz de urgență (incendiu, cutremur, accident), elevii trebuie să urmeze instrucțiunile personalului școlii.</w:t>
      </w:r>
      <w:r w:rsidRPr="008D29BF">
        <w:rPr>
          <w:rFonts w:ascii="Times New Roman" w:hAnsi="Times New Roman" w:cs="Times New Roman"/>
          <w:sz w:val="28"/>
          <w:szCs w:val="28"/>
        </w:rPr>
        <w:br/>
      </w:r>
      <w:r w:rsidRPr="008D29BF">
        <w:rPr>
          <w:rFonts w:ascii="Times New Roman" w:hAnsi="Times New Roman" w:cs="Times New Roman"/>
          <w:b/>
          <w:sz w:val="28"/>
          <w:szCs w:val="28"/>
        </w:rPr>
        <w:br/>
      </w:r>
      <w:r w:rsidR="00377821" w:rsidRPr="008D29BF">
        <w:rPr>
          <w:rFonts w:ascii="Times New Roman" w:hAnsi="Times New Roman" w:cs="Times New Roman"/>
          <w:b/>
          <w:color w:val="1F497D" w:themeColor="text2"/>
          <w:sz w:val="28"/>
          <w:szCs w:val="28"/>
        </w:rPr>
        <w:t>VI</w:t>
      </w:r>
      <w:r w:rsidRPr="008D29BF">
        <w:rPr>
          <w:rFonts w:ascii="Times New Roman" w:hAnsi="Times New Roman" w:cs="Times New Roman"/>
          <w:b/>
          <w:color w:val="1F497D" w:themeColor="text2"/>
          <w:sz w:val="28"/>
          <w:szCs w:val="28"/>
        </w:rPr>
        <w:t>. DISPOZIȚII FINALE</w:t>
      </w:r>
      <w:r w:rsidRPr="008D29BF">
        <w:rPr>
          <w:rFonts w:ascii="Times New Roman" w:hAnsi="Times New Roman" w:cs="Times New Roman"/>
          <w:b/>
          <w:sz w:val="28"/>
          <w:szCs w:val="28"/>
        </w:rPr>
        <w:br/>
      </w:r>
      <w:r w:rsidRPr="008D29BF">
        <w:rPr>
          <w:rFonts w:ascii="Times New Roman" w:hAnsi="Times New Roman" w:cs="Times New Roman"/>
          <w:sz w:val="28"/>
          <w:szCs w:val="28"/>
        </w:rPr>
        <w:t>1. Regulamentul este prezentat și explicat elevilor la începutul fiecărui an școlar de către diriginți.</w:t>
      </w:r>
      <w:r w:rsidRPr="008D29BF">
        <w:rPr>
          <w:rFonts w:ascii="Times New Roman" w:hAnsi="Times New Roman" w:cs="Times New Roman"/>
          <w:sz w:val="28"/>
          <w:szCs w:val="28"/>
        </w:rPr>
        <w:br/>
        <w:t>2. Prevederile regulamentului pot fi modificate prin hotărârea Consiliului Profesoral și aprobarea Consiliului de Administrație al liceului.</w:t>
      </w:r>
      <w:r w:rsidRPr="008D29BF">
        <w:rPr>
          <w:rFonts w:ascii="Times New Roman" w:hAnsi="Times New Roman" w:cs="Times New Roman"/>
          <w:sz w:val="28"/>
          <w:szCs w:val="28"/>
        </w:rPr>
        <w:br/>
        <w:t>3. Nerespectarea regulamentului atrage aplicarea sancțiunilor corespunzătoare.</w:t>
      </w:r>
      <w:r w:rsidRPr="008D29BF">
        <w:rPr>
          <w:rFonts w:ascii="Times New Roman" w:hAnsi="Times New Roman" w:cs="Times New Roman"/>
          <w:sz w:val="28"/>
          <w:szCs w:val="28"/>
        </w:rPr>
        <w:br/>
        <w:t>4. Regulamentul intră în vigoare la data aprobării sale și este adus la cunoștința elevilor, părinților și cadrelor didactice.</w:t>
      </w:r>
      <w:r w:rsidRPr="008D29BF">
        <w:rPr>
          <w:rFonts w:ascii="Times New Roman" w:hAnsi="Times New Roman" w:cs="Times New Roman"/>
          <w:sz w:val="28"/>
          <w:szCs w:val="28"/>
        </w:rPr>
        <w:br/>
      </w:r>
    </w:p>
    <w:p w14:paraId="01DABB5B" w14:textId="206119A3" w:rsidR="0071157A" w:rsidRPr="008D29BF" w:rsidRDefault="002C7A33" w:rsidP="00911C98">
      <w:pPr>
        <w:spacing w:line="360" w:lineRule="auto"/>
        <w:rPr>
          <w:rFonts w:ascii="Times New Roman" w:hAnsi="Times New Roman" w:cs="Times New Roman"/>
          <w:sz w:val="28"/>
          <w:szCs w:val="28"/>
        </w:rPr>
      </w:pPr>
      <w:r w:rsidRPr="008D29BF">
        <w:rPr>
          <w:rFonts w:ascii="Times New Roman" w:hAnsi="Times New Roman" w:cs="Times New Roman"/>
          <w:sz w:val="28"/>
          <w:szCs w:val="28"/>
        </w:rPr>
        <w:br/>
        <w:t xml:space="preserve">Director: </w:t>
      </w:r>
      <w:r w:rsidR="004159E2">
        <w:rPr>
          <w:rFonts w:ascii="Times New Roman" w:hAnsi="Times New Roman" w:cs="Times New Roman"/>
          <w:sz w:val="28"/>
          <w:szCs w:val="28"/>
        </w:rPr>
        <w:t>Dotcoș-Petre Norela</w:t>
      </w:r>
      <w:r w:rsidRPr="008D29BF">
        <w:rPr>
          <w:rFonts w:ascii="Times New Roman" w:hAnsi="Times New Roman" w:cs="Times New Roman"/>
          <w:sz w:val="28"/>
          <w:szCs w:val="28"/>
        </w:rPr>
        <w:br/>
        <w:t xml:space="preserve">Consiliul de Administrație: aprobat în ședința din data de </w:t>
      </w:r>
      <w:r w:rsidR="004159E2">
        <w:rPr>
          <w:rFonts w:ascii="Times New Roman" w:hAnsi="Times New Roman" w:cs="Times New Roman"/>
          <w:sz w:val="28"/>
          <w:szCs w:val="28"/>
        </w:rPr>
        <w:t>1</w:t>
      </w:r>
      <w:r w:rsidR="00E15B85">
        <w:rPr>
          <w:rFonts w:ascii="Times New Roman" w:hAnsi="Times New Roman" w:cs="Times New Roman"/>
          <w:sz w:val="28"/>
          <w:szCs w:val="28"/>
        </w:rPr>
        <w:t>2</w:t>
      </w:r>
      <w:r w:rsidR="004159E2">
        <w:rPr>
          <w:rFonts w:ascii="Times New Roman" w:hAnsi="Times New Roman" w:cs="Times New Roman"/>
          <w:sz w:val="28"/>
          <w:szCs w:val="28"/>
        </w:rPr>
        <w:t>.10.2026</w:t>
      </w:r>
      <w:r w:rsidRPr="008D29BF">
        <w:rPr>
          <w:rFonts w:ascii="Times New Roman" w:hAnsi="Times New Roman" w:cs="Times New Roman"/>
          <w:sz w:val="28"/>
          <w:szCs w:val="28"/>
        </w:rPr>
        <w:br/>
      </w:r>
      <w:r w:rsidRPr="008D29BF">
        <w:rPr>
          <w:rFonts w:ascii="Times New Roman" w:hAnsi="Times New Roman" w:cs="Times New Roman"/>
          <w:sz w:val="28"/>
          <w:szCs w:val="28"/>
        </w:rPr>
        <w:br/>
      </w:r>
    </w:p>
    <w:sectPr w:rsidR="0071157A" w:rsidRPr="008D29BF" w:rsidSect="008D29BF">
      <w:headerReference w:type="default" r:id="rId8"/>
      <w:pgSz w:w="12240" w:h="15840"/>
      <w:pgMar w:top="1021" w:right="1134"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AA023" w14:textId="77777777" w:rsidR="00066E7E" w:rsidRDefault="00066E7E" w:rsidP="00EB1AC1">
      <w:pPr>
        <w:spacing w:after="0" w:line="240" w:lineRule="auto"/>
      </w:pPr>
      <w:r>
        <w:separator/>
      </w:r>
    </w:p>
  </w:endnote>
  <w:endnote w:type="continuationSeparator" w:id="0">
    <w:p w14:paraId="4AE4A338" w14:textId="77777777" w:rsidR="00066E7E" w:rsidRDefault="00066E7E" w:rsidP="00EB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9A30E" w14:textId="77777777" w:rsidR="00066E7E" w:rsidRDefault="00066E7E" w:rsidP="00EB1AC1">
      <w:pPr>
        <w:spacing w:after="0" w:line="240" w:lineRule="auto"/>
      </w:pPr>
      <w:r>
        <w:separator/>
      </w:r>
    </w:p>
  </w:footnote>
  <w:footnote w:type="continuationSeparator" w:id="0">
    <w:p w14:paraId="0BA74839" w14:textId="77777777" w:rsidR="00066E7E" w:rsidRDefault="00066E7E" w:rsidP="00EB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26EA" w14:textId="77777777" w:rsidR="00EB1AC1" w:rsidRPr="00EB1AC1" w:rsidRDefault="00EB1AC1" w:rsidP="00EB1AC1">
    <w:pPr>
      <w:spacing w:after="0" w:line="240" w:lineRule="auto"/>
      <w:rPr>
        <w:rFonts w:ascii="Times New Roman" w:eastAsia="Times New Roman" w:hAnsi="Times New Roman" w:cs="Times New Roman"/>
        <w:lang w:val="ro-RO" w:eastAsia="ro-RO"/>
      </w:rPr>
    </w:pPr>
    <w:r w:rsidRPr="00EB1AC1">
      <w:rPr>
        <w:rFonts w:ascii="Times New Roman" w:eastAsia="Times New Roman" w:hAnsi="Times New Roman" w:cs="Times New Roman"/>
        <w:noProof/>
        <w:lang w:val="ro-RO" w:eastAsia="ro-RO"/>
      </w:rPr>
      <w:drawing>
        <wp:anchor distT="0" distB="0" distL="114300" distR="114300" simplePos="0" relativeHeight="251659264" behindDoc="1" locked="0" layoutInCell="1" allowOverlap="1" wp14:anchorId="737E0C3D" wp14:editId="45A86A69">
          <wp:simplePos x="0" y="0"/>
          <wp:positionH relativeFrom="column">
            <wp:posOffset>68580</wp:posOffset>
          </wp:positionH>
          <wp:positionV relativeFrom="paragraph">
            <wp:posOffset>-68580</wp:posOffset>
          </wp:positionV>
          <wp:extent cx="800100" cy="800100"/>
          <wp:effectExtent l="0" t="0" r="0" b="0"/>
          <wp:wrapNone/>
          <wp:docPr id="1" name="Picture 1" descr="sigla scol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igla scoli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pic:spPr>
              </pic:pic>
            </a:graphicData>
          </a:graphic>
          <wp14:sizeRelH relativeFrom="page">
            <wp14:pctWidth>0</wp14:pctWidth>
          </wp14:sizeRelH>
          <wp14:sizeRelV relativeFrom="page">
            <wp14:pctHeight>0</wp14:pctHeight>
          </wp14:sizeRelV>
        </wp:anchor>
      </w:drawing>
    </w:r>
    <w:r w:rsidRPr="00EB1AC1">
      <w:rPr>
        <w:rFonts w:ascii="Times New Roman" w:eastAsia="Times New Roman" w:hAnsi="Times New Roman" w:cs="Times New Roman"/>
        <w:b/>
        <w:bCs/>
        <w:i/>
        <w:iCs/>
        <w:lang w:val="es-ES" w:eastAsia="ro-RO"/>
      </w:rPr>
      <w:t xml:space="preserve">                         </w:t>
    </w:r>
    <w:r w:rsidRPr="00EB1AC1">
      <w:rPr>
        <w:rFonts w:ascii="Times New Roman" w:eastAsia="Times New Roman" w:hAnsi="Times New Roman" w:cs="Times New Roman"/>
        <w:b/>
        <w:bCs/>
        <w:i/>
        <w:iCs/>
        <w:lang w:val="ro-RO" w:eastAsia="ro-RO"/>
      </w:rPr>
      <w:t>Liceul Tehnologic Constantin Bursan Hunedoara</w:t>
    </w:r>
  </w:p>
  <w:p w14:paraId="7D10B639" w14:textId="77777777" w:rsidR="00EB1AC1" w:rsidRPr="00EB1AC1" w:rsidRDefault="00EB1AC1" w:rsidP="00EB1AC1">
    <w:pPr>
      <w:spacing w:after="0" w:line="240" w:lineRule="auto"/>
      <w:rPr>
        <w:rFonts w:ascii="Times New Roman" w:eastAsia="Times New Roman" w:hAnsi="Times New Roman" w:cs="Times New Roman"/>
        <w:b/>
        <w:bCs/>
        <w:i/>
        <w:iCs/>
        <w:lang w:val="ro-RO" w:eastAsia="ro-RO"/>
      </w:rPr>
    </w:pPr>
    <w:r w:rsidRPr="00EB1AC1">
      <w:rPr>
        <w:rFonts w:ascii="Times New Roman" w:eastAsia="Times New Roman" w:hAnsi="Times New Roman" w:cs="Times New Roman"/>
        <w:b/>
        <w:bCs/>
        <w:i/>
        <w:iCs/>
        <w:lang w:val="ro-RO" w:eastAsia="ro-RO"/>
      </w:rPr>
      <w:t xml:space="preserve">                         Strada Turnătorului, Nr.1</w:t>
    </w:r>
  </w:p>
  <w:p w14:paraId="052B9309" w14:textId="77777777" w:rsidR="00EB1AC1" w:rsidRPr="00EB1AC1" w:rsidRDefault="00EB1AC1" w:rsidP="00EB1AC1">
    <w:pPr>
      <w:spacing w:after="0" w:line="240" w:lineRule="auto"/>
      <w:rPr>
        <w:rFonts w:ascii="Times New Roman" w:eastAsia="Times New Roman" w:hAnsi="Times New Roman" w:cs="Times New Roman"/>
        <w:b/>
        <w:bCs/>
        <w:i/>
        <w:iCs/>
        <w:lang w:val="ro-RO" w:eastAsia="ro-RO"/>
      </w:rPr>
    </w:pPr>
    <w:r w:rsidRPr="00EB1AC1">
      <w:rPr>
        <w:rFonts w:ascii="Times New Roman" w:eastAsia="Times New Roman" w:hAnsi="Times New Roman" w:cs="Times New Roman"/>
        <w:b/>
        <w:bCs/>
        <w:i/>
        <w:iCs/>
        <w:lang w:val="ro-RO" w:eastAsia="ro-RO"/>
      </w:rPr>
      <w:t xml:space="preserve">                         Tel/fax:0254.712391</w:t>
    </w:r>
  </w:p>
  <w:p w14:paraId="73B46A27" w14:textId="77777777" w:rsidR="00EB1AC1" w:rsidRPr="00EB1AC1" w:rsidRDefault="00EB1AC1" w:rsidP="00EB1AC1">
    <w:pPr>
      <w:spacing w:after="0" w:line="240" w:lineRule="auto"/>
      <w:rPr>
        <w:rFonts w:ascii="Times New Roman" w:eastAsia="Times New Roman" w:hAnsi="Times New Roman" w:cs="Times New Roman"/>
        <w:lang w:val="ro-RO" w:eastAsia="ro-RO"/>
      </w:rPr>
    </w:pPr>
    <w:r w:rsidRPr="00EB1AC1">
      <w:rPr>
        <w:rFonts w:ascii="Times New Roman" w:eastAsia="Times New Roman" w:hAnsi="Times New Roman" w:cs="Times New Roman"/>
        <w:b/>
        <w:bCs/>
        <w:i/>
        <w:iCs/>
        <w:lang w:val="ro-RO" w:eastAsia="ro-RO"/>
      </w:rPr>
      <w:t xml:space="preserve">                         e-mail: </w:t>
    </w:r>
    <w:hyperlink r:id="rId2" w:history="1">
      <w:r w:rsidRPr="00EB1AC1">
        <w:rPr>
          <w:rFonts w:ascii="Times New Roman" w:eastAsia="Times New Roman" w:hAnsi="Times New Roman" w:cs="Times New Roman"/>
          <w:b/>
          <w:bCs/>
          <w:i/>
          <w:iCs/>
          <w:color w:val="0000FF"/>
          <w:u w:val="single"/>
          <w:lang w:val="ro-RO" w:eastAsia="ro-RO"/>
        </w:rPr>
        <w:t>gstlp_hd@yahoo.com</w:t>
      </w:r>
    </w:hyperlink>
  </w:p>
  <w:p w14:paraId="6B59489C" w14:textId="77777777" w:rsidR="00EB1AC1" w:rsidRPr="00EB1AC1" w:rsidRDefault="00EB1AC1" w:rsidP="00EB1AC1">
    <w:pPr>
      <w:widowControl w:val="0"/>
      <w:autoSpaceDE w:val="0"/>
      <w:autoSpaceDN w:val="0"/>
      <w:spacing w:before="119" w:after="0" w:line="232" w:lineRule="auto"/>
      <w:ind w:left="100" w:right="118" w:firstLine="737"/>
      <w:jc w:val="both"/>
      <w:rPr>
        <w:rFonts w:ascii="Arial MT" w:eastAsia="Arial MT" w:hAnsi="Arial MT" w:cs="Arial MT"/>
        <w:sz w:val="20"/>
        <w:szCs w:val="20"/>
        <w:lang w:val="ro-RO"/>
      </w:rPr>
    </w:pPr>
  </w:p>
  <w:p w14:paraId="5B437EFB" w14:textId="77777777" w:rsidR="00EB1AC1" w:rsidRDefault="00EB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022572">
    <w:abstractNumId w:val="8"/>
  </w:num>
  <w:num w:numId="2" w16cid:durableId="219556164">
    <w:abstractNumId w:val="6"/>
  </w:num>
  <w:num w:numId="3" w16cid:durableId="63794477">
    <w:abstractNumId w:val="5"/>
  </w:num>
  <w:num w:numId="4" w16cid:durableId="44725342">
    <w:abstractNumId w:val="4"/>
  </w:num>
  <w:num w:numId="5" w16cid:durableId="1665621920">
    <w:abstractNumId w:val="7"/>
  </w:num>
  <w:num w:numId="6" w16cid:durableId="1714311848">
    <w:abstractNumId w:val="3"/>
  </w:num>
  <w:num w:numId="7" w16cid:durableId="163016703">
    <w:abstractNumId w:val="2"/>
  </w:num>
  <w:num w:numId="8" w16cid:durableId="1651858710">
    <w:abstractNumId w:val="1"/>
  </w:num>
  <w:num w:numId="9" w16cid:durableId="1815483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E7E"/>
    <w:rsid w:val="000C3264"/>
    <w:rsid w:val="0015074B"/>
    <w:rsid w:val="001D1F77"/>
    <w:rsid w:val="001F54DF"/>
    <w:rsid w:val="0029639D"/>
    <w:rsid w:val="002A15AF"/>
    <w:rsid w:val="002A79C0"/>
    <w:rsid w:val="002C7A33"/>
    <w:rsid w:val="002E4079"/>
    <w:rsid w:val="00326F90"/>
    <w:rsid w:val="00377821"/>
    <w:rsid w:val="004159E2"/>
    <w:rsid w:val="00442AA8"/>
    <w:rsid w:val="0046215B"/>
    <w:rsid w:val="004972A7"/>
    <w:rsid w:val="005B649A"/>
    <w:rsid w:val="005E0838"/>
    <w:rsid w:val="006F0AB2"/>
    <w:rsid w:val="006F4054"/>
    <w:rsid w:val="00700444"/>
    <w:rsid w:val="0071157A"/>
    <w:rsid w:val="007A3248"/>
    <w:rsid w:val="00865BEC"/>
    <w:rsid w:val="008D29BF"/>
    <w:rsid w:val="00911C98"/>
    <w:rsid w:val="00A23035"/>
    <w:rsid w:val="00A337A8"/>
    <w:rsid w:val="00AA1D8D"/>
    <w:rsid w:val="00AA5C6E"/>
    <w:rsid w:val="00AB5932"/>
    <w:rsid w:val="00B31779"/>
    <w:rsid w:val="00B47730"/>
    <w:rsid w:val="00CA31DB"/>
    <w:rsid w:val="00CB0664"/>
    <w:rsid w:val="00CB67F7"/>
    <w:rsid w:val="00D0168C"/>
    <w:rsid w:val="00D50FFB"/>
    <w:rsid w:val="00DF3936"/>
    <w:rsid w:val="00E15B85"/>
    <w:rsid w:val="00EA2FB3"/>
    <w:rsid w:val="00EB1AC1"/>
    <w:rsid w:val="00F02313"/>
    <w:rsid w:val="00F07503"/>
    <w:rsid w:val="00FC693F"/>
    <w:rsid w:val="00FF3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FDDE79"/>
  <w14:defaultImageDpi w14:val="300"/>
  <w15:docId w15:val="{EFD42C1C-797F-4BBE-9007-BFAC835B9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stlp_hd@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EB3EC-31A6-42B6-91EC-A567FF96F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872</Words>
  <Characters>5061</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LTCBHD ROSE</cp:lastModifiedBy>
  <cp:revision>11</cp:revision>
  <dcterms:created xsi:type="dcterms:W3CDTF">2026-10-01T07:10:00Z</dcterms:created>
  <dcterms:modified xsi:type="dcterms:W3CDTF">2026-10-16T09:43:00Z</dcterms:modified>
  <cp:category/>
</cp:coreProperties>
</file>